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center"/>
      </w:pPr>
      <w:r>
        <w:rPr>
          <w:rFonts w:eastAsia="BIZ UDPゴシック" w:ascii="Calibri" w:hAnsi="Calibri"/>
          <w:b w:val="0"/>
          <w:color w:val="6A7288"/>
          <w:sz w:val="20"/>
        </w:rPr>
        <w:t>地域共生型スマートネットワーク協議会</w:t>
      </w:r>
    </w:p>
    <w:p>
      <w:pPr>
        <w:spacing w:before="80" w:after="120"/>
        <w:jc w:val="center"/>
      </w:pPr>
      <w:r>
        <w:rPr>
          <w:rFonts w:eastAsia="BIZ UDPゴシック" w:ascii="Calibri" w:hAnsi="Calibri"/>
          <w:b/>
          <w:color w:val="1B376B"/>
          <w:sz w:val="40"/>
        </w:rPr>
        <w:t>参 加 申 込 書</w:t>
      </w:r>
    </w:p>
    <w:p>
      <w:pPr>
        <w:spacing w:before="160" w:after="240"/>
        <w:pBdr>
          <w:top w:val="single" w:sz="8" w:space="1" w:color="1B376B"/>
        </w:pBdr>
      </w:pPr>
    </w:p>
    <w:p>
      <w:pPr>
        <w:spacing w:before="80" w:after="60"/>
      </w:pPr>
      <w:r>
        <w:rPr>
          <w:rFonts w:eastAsia="BIZ UDPゴシック" w:ascii="Calibri" w:hAnsi="Calibri"/>
          <w:b/>
          <w:color w:val="2D5CA8"/>
          <w:sz w:val="22"/>
        </w:rPr>
        <w:t>委員（世話人）種別　※いずれかに○をつけてください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969"/>
        <w:gridCol w:w="3969"/>
      </w:tblGrid>
      <w:tr>
        <w:tc>
          <w:tcPr>
            <w:tcW w:type="dxa" w:w="4561"/>
          </w:tcPr>
          <w:p>
            <w:pPr>
              <w:spacing w:before="120" w:after="120"/>
              <w:jc w:val="center"/>
            </w:pPr>
            <w:r>
              <w:rPr>
                <w:rFonts w:eastAsia="BIZ UDPゴシック" w:ascii="Calibri" w:hAnsi="Calibri"/>
                <w:b/>
                <w:color w:val="1B376B"/>
                <w:sz w:val="22"/>
              </w:rPr>
              <w:t>□　一般委員（世話人）</w:t>
              <w:br/>
            </w:r>
            <w:r>
              <w:rPr>
                <w:rFonts w:eastAsia="BIZ UDPゴシック" w:ascii="Calibri" w:hAnsi="Calibri"/>
                <w:b w:val="0"/>
                <w:color w:val="6A7288"/>
                <w:sz w:val="18"/>
              </w:rPr>
              <w:t>地域の事業者・名士として、地域の窓口となる方</w:t>
            </w:r>
          </w:p>
        </w:tc>
        <w:tc>
          <w:tcPr>
            <w:tcW w:type="dxa" w:w="4561"/>
          </w:tcPr>
          <w:p>
            <w:pPr>
              <w:spacing w:before="120" w:after="120"/>
              <w:jc w:val="center"/>
            </w:pPr>
            <w:r>
              <w:rPr>
                <w:rFonts w:eastAsia="BIZ UDPゴシック" w:ascii="Calibri" w:hAnsi="Calibri"/>
                <w:b/>
                <w:color w:val="1B376B"/>
                <w:sz w:val="22"/>
              </w:rPr>
              <w:t>□　幹事委員（世話人）</w:t>
              <w:br/>
            </w:r>
            <w:r>
              <w:rPr>
                <w:rFonts w:eastAsia="BIZ UDPゴシック" w:ascii="Calibri" w:hAnsi="Calibri"/>
                <w:b w:val="0"/>
                <w:color w:val="6A7288"/>
                <w:sz w:val="18"/>
              </w:rPr>
              <w:t>保険代理店経営者など、協議会の中核運営を担う方</w:t>
            </w:r>
          </w:p>
        </w:tc>
      </w:tr>
    </w:tbl>
    <w:p>
      <w:pPr>
        <w:spacing w:after="160"/>
      </w:pPr>
    </w:p>
    <w:p>
      <w:pPr>
        <w:spacing w:before="160" w:after="60"/>
      </w:pPr>
      <w:r>
        <w:rPr>
          <w:rFonts w:eastAsia="BIZ UDPゴシック" w:ascii="Calibri" w:hAnsi="Calibri"/>
          <w:b/>
          <w:color w:val="2D5CA8"/>
          <w:sz w:val="22"/>
        </w:rPr>
        <w:t>申込者情報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4"/>
        <w:gridCol w:w="5953"/>
      </w:tblGrid>
      <w:tr>
        <w:trPr>
          <w:trHeight w:val="1040" w:hRule="atLeast"/>
        </w:trPr>
        <w:tc>
          <w:tcPr>
            <w:tcW w:type="dxa" w:w="4561"/>
          </w:tcPr>
          <w:p>
            <w:pPr>
              <w:spacing w:before="80" w:after="80"/>
            </w:pPr>
            <w:r>
              <w:rPr>
                <w:rFonts w:eastAsia="BIZ UDPゴシック" w:ascii="Calibri" w:hAnsi="Calibri"/>
                <w:b/>
                <w:color w:val="1B376B"/>
                <w:sz w:val="19"/>
              </w:rPr>
              <w:t>申込日</w:t>
            </w:r>
          </w:p>
        </w:tc>
        <w:tc>
          <w:tcPr>
            <w:tcW w:type="dxa" w:w="4561"/>
          </w:tcPr>
          <w:p>
            <w:r>
              <w:rPr>
                <w:rFonts w:eastAsia="BIZ UDPゴシック" w:ascii="Calibri" w:hAnsi="Calibri"/>
                <w:b w:val="0"/>
                <w:color w:val="6A7288"/>
                <w:sz w:val="18"/>
              </w:rPr>
              <w:t xml:space="preserve">　　　年　　月　　日</w:t>
            </w:r>
          </w:p>
        </w:tc>
      </w:tr>
      <w:tr>
        <w:trPr>
          <w:trHeight w:val="1040" w:hRule="atLeast"/>
        </w:trPr>
        <w:tc>
          <w:tcPr>
            <w:tcW w:type="dxa" w:w="4561"/>
          </w:tcPr>
          <w:p>
            <w:pPr>
              <w:spacing w:before="80" w:after="80"/>
            </w:pPr>
            <w:r>
              <w:rPr>
                <w:rFonts w:eastAsia="BIZ UDPゴシック" w:ascii="Calibri" w:hAnsi="Calibri"/>
                <w:b/>
                <w:color w:val="1B376B"/>
                <w:sz w:val="19"/>
              </w:rPr>
              <w:t>氏名</w:t>
            </w:r>
          </w:p>
        </w:tc>
        <w:tc>
          <w:tcPr>
            <w:tcW w:type="dxa" w:w="4561"/>
          </w:tcPr>
          <w:p/>
        </w:tc>
      </w:tr>
      <w:tr>
        <w:trPr>
          <w:trHeight w:val="1040" w:hRule="atLeast"/>
        </w:trPr>
        <w:tc>
          <w:tcPr>
            <w:tcW w:type="dxa" w:w="4561"/>
          </w:tcPr>
          <w:p>
            <w:pPr>
              <w:spacing w:before="80" w:after="80"/>
            </w:pPr>
            <w:r>
              <w:rPr>
                <w:rFonts w:eastAsia="BIZ UDPゴシック" w:ascii="Calibri" w:hAnsi="Calibri"/>
                <w:b/>
                <w:color w:val="1B376B"/>
                <w:sz w:val="19"/>
              </w:rPr>
              <w:t>ふりがな</w:t>
            </w:r>
          </w:p>
        </w:tc>
        <w:tc>
          <w:tcPr>
            <w:tcW w:type="dxa" w:w="4561"/>
          </w:tcPr>
          <w:p/>
        </w:tc>
      </w:tr>
      <w:tr>
        <w:trPr>
          <w:trHeight w:val="1040" w:hRule="atLeast"/>
        </w:trPr>
        <w:tc>
          <w:tcPr>
            <w:tcW w:type="dxa" w:w="4561"/>
          </w:tcPr>
          <w:p>
            <w:pPr>
              <w:spacing w:before="80" w:after="80"/>
            </w:pPr>
            <w:r>
              <w:rPr>
                <w:rFonts w:eastAsia="BIZ UDPゴシック" w:ascii="Calibri" w:hAnsi="Calibri"/>
                <w:b/>
                <w:color w:val="1B376B"/>
                <w:sz w:val="19"/>
              </w:rPr>
              <w:t>所属・法人名</w:t>
            </w:r>
          </w:p>
        </w:tc>
        <w:tc>
          <w:tcPr>
            <w:tcW w:type="dxa" w:w="4561"/>
          </w:tcPr>
          <w:p/>
        </w:tc>
      </w:tr>
      <w:tr>
        <w:trPr>
          <w:trHeight w:val="1040" w:hRule="atLeast"/>
        </w:trPr>
        <w:tc>
          <w:tcPr>
            <w:tcW w:type="dxa" w:w="4561"/>
          </w:tcPr>
          <w:p>
            <w:pPr>
              <w:spacing w:before="80" w:after="80"/>
            </w:pPr>
            <w:r>
              <w:rPr>
                <w:rFonts w:eastAsia="BIZ UDPゴシック" w:ascii="Calibri" w:hAnsi="Calibri"/>
                <w:b/>
                <w:color w:val="1B376B"/>
                <w:sz w:val="19"/>
              </w:rPr>
              <w:t>役職</w:t>
            </w:r>
          </w:p>
        </w:tc>
        <w:tc>
          <w:tcPr>
            <w:tcW w:type="dxa" w:w="4561"/>
          </w:tcPr>
          <w:p/>
        </w:tc>
      </w:tr>
      <w:tr>
        <w:trPr>
          <w:trHeight w:val="1040" w:hRule="atLeast"/>
        </w:trPr>
        <w:tc>
          <w:tcPr>
            <w:tcW w:type="dxa" w:w="4561"/>
          </w:tcPr>
          <w:p>
            <w:pPr>
              <w:spacing w:before="80" w:after="80"/>
            </w:pPr>
            <w:r>
              <w:rPr>
                <w:rFonts w:eastAsia="BIZ UDPゴシック" w:ascii="Calibri" w:hAnsi="Calibri"/>
                <w:b/>
                <w:color w:val="1B376B"/>
                <w:sz w:val="19"/>
              </w:rPr>
              <w:t>住所</w:t>
            </w:r>
          </w:p>
        </w:tc>
        <w:tc>
          <w:tcPr>
            <w:tcW w:type="dxa" w:w="4561"/>
          </w:tcPr>
          <w:p>
            <w:r>
              <w:rPr>
                <w:rFonts w:eastAsia="BIZ UDPゴシック" w:ascii="Calibri" w:hAnsi="Calibri"/>
                <w:b w:val="0"/>
                <w:color w:val="6A7288"/>
                <w:sz w:val="18"/>
              </w:rPr>
              <w:t>〒</w:t>
            </w:r>
          </w:p>
        </w:tc>
      </w:tr>
      <w:tr>
        <w:trPr>
          <w:trHeight w:val="1040" w:hRule="atLeast"/>
        </w:trPr>
        <w:tc>
          <w:tcPr>
            <w:tcW w:type="dxa" w:w="4561"/>
          </w:tcPr>
          <w:p>
            <w:pPr>
              <w:spacing w:before="80" w:after="80"/>
            </w:pPr>
            <w:r>
              <w:rPr>
                <w:rFonts w:eastAsia="BIZ UDPゴシック" w:ascii="Calibri" w:hAnsi="Calibri"/>
                <w:b/>
                <w:color w:val="1B376B"/>
                <w:sz w:val="19"/>
              </w:rPr>
              <w:t>電話番号</w:t>
            </w:r>
          </w:p>
        </w:tc>
        <w:tc>
          <w:tcPr>
            <w:tcW w:type="dxa" w:w="4561"/>
          </w:tcPr>
          <w:p/>
        </w:tc>
      </w:tr>
      <w:tr>
        <w:trPr>
          <w:trHeight w:val="1040" w:hRule="atLeast"/>
        </w:trPr>
        <w:tc>
          <w:tcPr>
            <w:tcW w:type="dxa" w:w="4561"/>
          </w:tcPr>
          <w:p>
            <w:pPr>
              <w:spacing w:before="80" w:after="80"/>
            </w:pPr>
            <w:r>
              <w:rPr>
                <w:rFonts w:eastAsia="BIZ UDPゴシック" w:ascii="Calibri" w:hAnsi="Calibri"/>
                <w:b/>
                <w:color w:val="1B376B"/>
                <w:sz w:val="19"/>
              </w:rPr>
              <w:t>メールアドレス</w:t>
            </w:r>
          </w:p>
        </w:tc>
        <w:tc>
          <w:tcPr>
            <w:tcW w:type="dxa" w:w="4561"/>
          </w:tcPr>
          <w:p/>
        </w:tc>
      </w:tr>
      <w:tr>
        <w:trPr>
          <w:trHeight w:val="1040" w:hRule="atLeast"/>
        </w:trPr>
        <w:tc>
          <w:tcPr>
            <w:tcW w:type="dxa" w:w="4561"/>
          </w:tcPr>
          <w:p>
            <w:pPr>
              <w:spacing w:before="80" w:after="80"/>
            </w:pPr>
            <w:r>
              <w:rPr>
                <w:rFonts w:eastAsia="BIZ UDPゴシック" w:ascii="Calibri" w:hAnsi="Calibri"/>
                <w:b/>
                <w:color w:val="1B376B"/>
                <w:sz w:val="19"/>
              </w:rPr>
              <w:t>紹介者</w:t>
            </w:r>
          </w:p>
        </w:tc>
        <w:tc>
          <w:tcPr>
            <w:tcW w:type="dxa" w:w="4561"/>
          </w:tcPr>
          <w:p>
            <w:r>
              <w:rPr>
                <w:rFonts w:eastAsia="BIZ UDPゴシック" w:ascii="Calibri" w:hAnsi="Calibri"/>
                <w:b w:val="0"/>
                <w:color w:val="6A7288"/>
                <w:sz w:val="18"/>
              </w:rPr>
              <w:t>（お名前・ご所属）</w:t>
            </w:r>
          </w:p>
        </w:tc>
      </w:tr>
      <w:tr>
        <w:trPr>
          <w:trHeight w:val="1800" w:hRule="atLeast"/>
        </w:trPr>
        <w:tc>
          <w:tcPr>
            <w:tcW w:type="dxa" w:w="4561"/>
          </w:tcPr>
          <w:p>
            <w:pPr>
              <w:spacing w:before="80" w:after="80"/>
            </w:pPr>
            <w:r>
              <w:rPr>
                <w:rFonts w:eastAsia="BIZ UDPゴシック" w:ascii="Calibri" w:hAnsi="Calibri"/>
                <w:b/>
                <w:color w:val="1B376B"/>
                <w:sz w:val="19"/>
              </w:rPr>
              <w:t>参加の動機・抱負</w:t>
            </w:r>
          </w:p>
        </w:tc>
        <w:tc>
          <w:tcPr>
            <w:tcW w:type="dxa" w:w="4561"/>
          </w:tcPr>
          <w:p/>
        </w:tc>
      </w:tr>
    </w:tbl>
    <w:p>
      <w:pPr>
        <w:spacing w:after="160"/>
      </w:pPr>
    </w:p>
    <w:p>
      <w:pPr>
        <w:spacing w:before="160" w:after="60"/>
      </w:pPr>
      <w:r>
        <w:rPr>
          <w:rFonts w:eastAsia="BIZ UDPゴシック" w:ascii="Calibri" w:hAnsi="Calibri"/>
          <w:b/>
          <w:color w:val="2D5CA8"/>
          <w:sz w:val="22"/>
        </w:rPr>
        <w:t>同意事項</w:t>
      </w:r>
    </w:p>
    <w:p>
      <w:pPr>
        <w:spacing w:before="40" w:after="80"/>
      </w:pPr>
      <w:r>
        <w:rPr>
          <w:rFonts w:eastAsia="BIZ UDPゴシック" w:ascii="Calibri" w:hAnsi="Calibri"/>
          <w:b w:val="0"/>
          <w:color w:val="1A1A2E"/>
          <w:sz w:val="21"/>
        </w:rPr>
        <w:t>下記の事項に同意のうえ、本申込書をご提出ください。</w:t>
      </w:r>
    </w:p>
    <w:p>
      <w:pPr>
        <w:spacing w:before="20" w:after="20"/>
        <w:ind w:left="283"/>
      </w:pPr>
      <w:r>
        <w:rPr>
          <w:rFonts w:eastAsia="BIZ UDPゴシック" w:ascii="Calibri" w:hAnsi="Calibri"/>
          <w:b w:val="0"/>
          <w:color w:val="1A1A2E"/>
          <w:sz w:val="21"/>
        </w:rPr>
        <w:t>１．地域共生型スマートネットワーク協議会の会則を理解し、これを遵守します。</w:t>
      </w:r>
    </w:p>
    <w:p>
      <w:pPr>
        <w:spacing w:before="20" w:after="20"/>
        <w:ind w:left="283"/>
      </w:pPr>
      <w:r>
        <w:rPr>
          <w:rFonts w:eastAsia="BIZ UDPゴシック" w:ascii="Calibri" w:hAnsi="Calibri"/>
          <w:b w:val="0"/>
          <w:color w:val="1A1A2E"/>
          <w:sz w:val="21"/>
        </w:rPr>
        <w:t>２．協議会の目的・理念に賛同し、誠実に活動します。</w:t>
      </w:r>
    </w:p>
    <w:p>
      <w:pPr>
        <w:spacing w:before="20" w:after="20"/>
        <w:ind w:left="283"/>
      </w:pPr>
      <w:r>
        <w:rPr>
          <w:rFonts w:eastAsia="BIZ UDPゴシック" w:ascii="Calibri" w:hAnsi="Calibri"/>
          <w:b w:val="0"/>
          <w:color w:val="1A1A2E"/>
          <w:sz w:val="21"/>
        </w:rPr>
        <w:t>３．職務上知り得た情報について、守秘義務を遵守します。</w:t>
      </w:r>
    </w:p>
    <w:p>
      <w:pPr>
        <w:spacing w:before="20" w:after="20"/>
        <w:ind w:left="283"/>
      </w:pPr>
      <w:r>
        <w:rPr>
          <w:rFonts w:eastAsia="BIZ UDPゴシック" w:ascii="Calibri" w:hAnsi="Calibri"/>
          <w:b w:val="0"/>
          <w:color w:val="1A1A2E"/>
          <w:sz w:val="21"/>
        </w:rPr>
        <w:t>４．本申込書に記載した個人情報は、協議会の運営・連絡・発信に使用されることに同意します。</w:t>
      </w:r>
    </w:p>
    <w:p>
      <w:pPr>
        <w:spacing w:after="160"/>
      </w:pPr>
    </w:p>
    <w:p>
      <w:pPr>
        <w:spacing w:before="160" w:after="60"/>
      </w:pPr>
      <w:r>
        <w:rPr>
          <w:rFonts w:eastAsia="BIZ UDPゴシック" w:ascii="Calibri" w:hAnsi="Calibri"/>
          <w:b/>
          <w:color w:val="2D5CA8"/>
          <w:sz w:val="22"/>
        </w:rPr>
        <w:t>署名・捺印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4535"/>
        <w:gridCol w:w="1134"/>
      </w:tblGrid>
      <w:tr>
        <w:tc>
          <w:tcPr>
            <w:tcW w:type="dxa" w:w="3041"/>
          </w:tcPr>
          <w:p>
            <w:pPr>
              <w:spacing w:before="400" w:after="400"/>
              <w:jc w:val="center"/>
            </w:pPr>
            <w:r>
              <w:rPr>
                <w:rFonts w:eastAsia="BIZ UDPゴシック" w:ascii="Calibri" w:hAnsi="Calibri"/>
                <w:b/>
                <w:color w:val="6A7288"/>
                <w:sz w:val="19"/>
              </w:rPr>
              <w:t>申込日</w:t>
            </w:r>
          </w:p>
        </w:tc>
        <w:tc>
          <w:tcPr>
            <w:tcW w:type="dxa" w:w="3041"/>
          </w:tcPr>
          <w:p>
            <w:pPr>
              <w:spacing w:before="400" w:after="400"/>
              <w:jc w:val="center"/>
            </w:pPr>
            <w:r>
              <w:rPr>
                <w:rFonts w:eastAsia="BIZ UDPゴシック" w:ascii="Calibri" w:hAnsi="Calibri"/>
                <w:b/>
                <w:color w:val="6A7288"/>
                <w:sz w:val="19"/>
              </w:rPr>
              <w:t>署名</w:t>
            </w:r>
          </w:p>
        </w:tc>
        <w:tc>
          <w:tcPr>
            <w:tcW w:type="dxa" w:w="3041"/>
          </w:tcPr>
          <w:p>
            <w:pPr>
              <w:spacing w:before="400" w:after="400"/>
              <w:jc w:val="center"/>
            </w:pPr>
            <w:r>
              <w:rPr>
                <w:rFonts w:eastAsia="BIZ UDPゴシック" w:ascii="Calibri" w:hAnsi="Calibri"/>
                <w:b/>
                <w:color w:val="6A7288"/>
                <w:sz w:val="19"/>
              </w:rPr>
              <w:t>捺印</w:t>
            </w:r>
          </w:p>
        </w:tc>
      </w:tr>
    </w:tbl>
    <w:p>
      <w:pPr>
        <w:spacing w:after="160"/>
      </w:pPr>
    </w:p>
    <w:p>
      <w:pPr>
        <w:spacing w:before="160" w:after="80"/>
        <w:pBdr>
          <w:top w:val="single" w:sz="8" w:space="1" w:color="C5CBDA"/>
        </w:pBdr>
      </w:pPr>
    </w:p>
    <w:p>
      <w:pPr>
        <w:spacing w:before="40" w:after="40"/>
      </w:pPr>
      <w:r>
        <w:rPr>
          <w:rFonts w:eastAsia="BIZ UDPゴシック" w:ascii="Calibri" w:hAnsi="Calibri"/>
          <w:b w:val="0"/>
          <w:color w:val="1A1A2E"/>
          <w:sz w:val="21"/>
        </w:rPr>
        <w:t>【提出先】一般社団法人 日本再生可能エネルギー地域資源開発機構（RDo）事務局</w:t>
        <w:br/>
        <w:t xml:space="preserve">　info@rdo2050.org　／　https://rdo2050.org/inquiry/</w:t>
        <w:br/>
        <w:t xml:space="preserve">　※メール添付またはWebフォームよりご提出ください。</w:t>
      </w:r>
    </w:p>
    <w:p>
      <w:pPr>
        <w:spacing w:before="400" w:after="80"/>
        <w:pBdr>
          <w:top w:val="single" w:sz="8" w:space="1" w:color="C5CBDA"/>
        </w:pBdr>
      </w:pPr>
    </w:p>
    <w:p>
      <w:pPr>
        <w:jc w:val="center"/>
      </w:pPr>
      <w:r>
        <w:rPr>
          <w:rFonts w:eastAsia="BIZ UDPゴシック" w:ascii="Calibri" w:hAnsi="Calibri"/>
          <w:b w:val="0"/>
          <w:color w:val="6A7288"/>
          <w:sz w:val="17"/>
        </w:rPr>
        <w:t>一般社団法人 日本再生可能エネルギー地域資源開発機構（RDo）　2026年05月19日</w:t>
      </w:r>
    </w:p>
    <w:sectPr w:rsidR="00FC693F" w:rsidRPr="0006063C" w:rsidSect="00034616">
      <w:pgSz w:w="12240" w:h="15840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